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two wineries from Zimbabwe</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two wineries from Zimbabwe.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