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Yangi jahon vino xaritasi eʼlon qilindi: unda Oʻzbekistondan 11 ta vino zavodi ham bor</w:t>
      </w:r>
    </w:p>
    <w:p>
      <w:r>
        <w:t>Vino hududlarining rasmiy chegaralari, vino zavodlari va uzumzorlar, sunʼiy yoʻldosh topografiyasi hamda iqlim indekslari endi dunyodagi eng keng qamrovli vino xaritasida erkin foydalanish uchun ochiq.</w:t>
      </w:r>
    </w:p>
    <w:p>
      <w:r>
        <w:t>WorldWineryMap.com rasman ishga tushirildi. Platforma jahon vino terruarining ulkan interaktiv maʼlumotlar bazasidir: xaritaga 97 ta mamlakatdagi 4 307 699 ta uzumzor va 103 795 ta vino zavodi tushirilgan, ular orasida Oʻzbekistondan 11 ta vino zavodi ham bor. Xaritadagi har bir uzumzor boʻyicha foydalanuvchilar juda aniq geofazoviy maʼlumotlarni, jumladan, dengiz sathidan balandlik, quyosh radiatsiyasi va qiyalikni, shuningdek, tuproq tarkibi, Huglin indeksi va tokning vegetatsiya davridagi oʻrtacha haroratlari kabi muhim uzumchilik koʻrsatkichlarini koʻrishi mumkin.</w:t>
      </w:r>
    </w:p>
    <w:p>
      <w:r>
        <w:t>World Winery Map asoschisi Matija Gavrilović shunday dedi: «Har bir uchastka uchun aniq koordinatalarni oldik va Copernicus GLO-30 relyef modeli yordamida balandlik, qiyalik va ekspozitsiyani hisobladik, soʻngra bularning ustiga iqlim maʼlumotlarini qoʻshdik. Yirikroq uchastkalarda 16 tagacha nazorat nuqtasini oʻlchaymiz, shu sababli balandlik bitta raqam koʻrinishida emas, aniq oraliq sifatida koʻrsatiladi. Maʼlumot mavjud joylarda qiyalik, quyosh radiatsiyasi, yogʻingarchilik, shamol, tuproq turi va geologiyani ham hisoblab chiqdik».</w:t>
      </w:r>
    </w:p>
    <w:p>
      <w:r>
        <w:t>Platforma ham soha mutaxassislari, ham vino sayyohlari uchun maxsus moʻljallangan. Oʻrnatilgan geolokatsiya tizimi foydalanuvchilarga dunyoning qayerida boʻlishidan qatʼi nazar, yaqin atrofdagi vino zavodlarini bir zumda topish va xoʻjalikkacha yoʻl koʻrsatmasini olish imkonini beradi. Uyidan chiqmasdan oʻrganishni afzal koʻradigan vino muxlislariga platforma jahon vino geografiyasi boʻylab juda batafsil virtual sayohatni taklif etadi.</w:t>
      </w:r>
    </w:p>
    <w:p>
      <w:r>
        <w:t>Xaritada ulkan makrohududlardan tortib alohida nomlangan uchastkalargacha boʻlgan vino hududlarining 98 719 ta chegarasi belgilangan. Ular orasida 2 815 ta rasmiy vino mintaqasi, kichik mintaqa va appellyatsiya, shuningdek, 95 904 ta nomlangan uzumzor uchastkasi bor. Foydalanuvchilar istalgan mintaqani tanlab, asosiy faktlar bilan tanishishi, chegaralarni koʻrishi, oʻrtacha yogʻingarchilik va balandlikni tekshirishi hamda Winkler indeksi kabi uzumchilik maʼlumotlarini tahlil qilishi mumkin. World Winery Map xaritani imkon qadar aniq qilish maqsadida bir nechta davlatning rasmiy idoralari bilan allaqachon aloqada.</w:t>
      </w:r>
    </w:p>
    <w:p>
      <w:r>
        <w:t>Asoschi qoʻshimcha qildi: «Bunday koʻlamdagi tizimni yaratish uchun toʻrt milliondan ortiq fazoviy poligonni qayta ishlash va ularni topografik hamda iqlim qatlamlari bilan aniq kesishtirish talab etildi. Natijada jahon uzumchiligining shu paytgacha yaratilgan eng keng qamrovli raqamli arxivi paydo boʻldi».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