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Ramani mpya ya mvinyo ya dunia yazinduliwa, ikiwa na viwanda 10 vya mvinyo kutoka Tanzania</w:t>
      </w:r>
    </w:p>
    <w:p>
      <w:r>
        <w:t>Mipaka rasmi ya maeneo ya mvinyo, viwanda vya mvinyo na mashamba ya zabibu, topografia ya satelaiti na fahirisi za hali ya hewa sasa vinapatikana wazi kwa wote kwenye ramani ya mvinyo yenye taarifa pana zaidi duniani.</w:t>
      </w:r>
    </w:p>
    <w:p>
      <w:r>
        <w:t>Tovuti ya WorldWineryMap.com imezinduliwa rasmi, ikileta kanzidata kubwa shirikishi kuhusu terroir ya mvinyo duniani. Kanzidata hiyo inaonyesha kwenye ramani mashamba ya zabibu 4,307,699 na viwanda vya mvinyo 103,795 katika nchi 97, vikiwemo viwanda 10 kutoka Tanzania. Kwa kila shamba la zabibu lililo kwenye ramani, watumiaji wanaweza kuona taarifa sahihi kabisa za kijiografia, zikiwemo mwinuko, mionzi ya jua na mteremko, pamoja na viashiria muhimu vya kilimo cha zabibu kama vile muundo wa udongo, fahirisi ya Huglin na wastani wa joto katika msimu wa ukuaji wa mizabibu.</w:t>
      </w:r>
    </w:p>
    <w:p>
      <w:r>
        <w:t>"Kwa kila kipande cha shamba tulichukua viwianishi kamili na kukokotoa mwinuko, mteremko na mwelekeo wa mteremko kwa kutumia modeli ya ardhi ya Copernicus GLO-30, kisha tukaongeza juu yake data za hali ya hewa," alisema Matija Gavrilović, mwanzilishi wa World Winery Map. "Kwa mashamba makubwa tunapima hadi pointi 16 za udhibiti, ndiyo sababu mwinuko unaonyeshwa kama kiwango sahihi cha chini na cha juu badala ya namba moja. Pale ambapo data zilipatikana, tulikokotoa pia mteremko, mionzi ya jua, mvua, upepo, aina ya udongo na jiolojia."</w:t>
      </w:r>
    </w:p>
    <w:p>
      <w:r>
        <w:t>Jukwaa hili limeandaliwa mahsusi kwa ajili ya wataalamu wa sekta hiyo na pia kwa watalii wa mvinyo. Mfumo wake wa ndani wa kutambua mahali (geolocation) unawawezesha watumiaji kupata papo hapo viwanda vya mvinyo vilivyo karibu nao na kupata maelekezo ya kufika kwenye shamba husika, popote walipo duniani. Kwa wapenzi wa mvinyo wanaopendelea kuchunguza wakiwa nyumbani, jukwaa linatoa safari pepe ya kina kupitia jiografia ya mvinyo duniani.</w:t>
      </w:r>
    </w:p>
    <w:p>
      <w:r>
        <w:t>Ramani inaonyesha mipaka 98,719 ya maeneo ya mvinyo, kuanzia kanda kubwa hadi maeneo mahususi yenye majina. Hii inajumuisha kanda rasmi za mvinyo, kanda ndogo na maeneo ya majina ya asili (appellations) 2,815, pamoja na maeneo 95,904 ya mashamba ya zabibu yenye majina. Watumiaji wanaweza kuchagua eneo lolote, kusoma taarifa za msingi, kupitia mipaka yake, kuangalia wastani wa mvua na mwinuko, na kuchambua data za kilimo cha zabibu kama fahirisi ya Winkler. World Winery Map tayari inawasiliana na mamlaka rasmi katika nchi kadhaa kwa lengo la kuifanya ramani iwe sahihi kadiri iwezekanavyo.</w:t>
      </w:r>
    </w:p>
    <w:p>
      <w:r>
        <w:t>"Kujenga mfumo wa ukubwa huu kulihitaji kuchakata zaidi ya poligoni milioni nne za kijiografia na kuzipishanisha kwa usahihi na tabaka za topografia na hali ya hewa," aliongeza mwanzilishi huyo. "Matokeo yake ni hifadhi ya kidijitali ya kilimo cha zabibu duniani iliyo pana kuliko zote zilizowahi kutengenezwa."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