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10 wineries from Tanzania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10 wineries from Tanzania.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