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เปิดตัวแผนที่ไวน์โลกฉบับใหม่ รวมโรงผลิตไวน์จากไทย 14 แห่ง</w:t>
      </w:r>
    </w:p>
    <w:p>
      <w:r>
        <w:t>ขอบเขตแหล่งผลิตไวน์อย่างเป็นทางการ โรงผลิตไวน์และไร่องุ่น ภูมิประเทศจากดาวเทียม และดัชนีภูมิอากาศ เปิดให้เข้าถึงได้ฟรีแล้วบนแผนที่ไวน์ที่ครอบคลุมที่สุดในโลก</w:t>
      </w:r>
    </w:p>
    <w:p>
      <w:r>
        <w:t>WorldWineryMap.com เปิดตัวอย่างเป็นทางการแล้ว พร้อมฐานข้อมูลเชิงโต้ตอบขนาดใหญ่ด้านเทอรัว (terroir) ของไวน์ทั่วโลก ซึ่งระบุตำแหน่งไร่องุ่น 4,307,699 แห่งและโรงผลิตไวน์ 103,795 แห่งใน 97 ประเทศ ในจำนวนนี้มีโรงผลิตไวน์จากประเทศไทย 14 แห่ง สำหรับไร่องุ่นแต่ละแห่งบนแผนที่ ผู้ใช้สามารถดูข้อมูลเชิงพื้นที่ที่มีความแม่นยำสูง ทั้งความสูงจากระดับน้ำทะเล รังสีดวงอาทิตย์ และความลาดชัน รวมถึงตัวชี้วัดสำคัญด้านการปลูกองุ่น เช่น องค์ประกอบของดิน ดัชนีฮูกลิน (Huglin index) และอุณหภูมิเฉลี่ยในฤดูการเจริญเติบโตขององุ่น</w:t>
      </w:r>
    </w:p>
    <w:p>
      <w:r>
        <w:t>"เราดึงพิกัดที่แน่นอนของแปลงปลูกทุกแปลง แล้วคำนวณความสูง ความลาดชัน และทิศทางของลาด ด้วยแบบจำลองภูมิประเทศ Copernicus GLO-30 จากนั้นจึงเพิ่มข้อมูลภูมิอากาศเข้าไป" นายมาติยา กาฟรีโลวิช (Matija Gavrilović) ผู้ก่อตั้ง World Winery Map กล่าว "สำหรับแปลงขนาดใหญ่ เราวัดจุดควบคุมได้สูงสุด 16 จุด ความสูงจึงแสดงเป็นช่วงที่แม่นยำ ไม่ใช่ตัวเลขเดียว ในพื้นที่ที่มีข้อมูล เรายังคำนวณความลาดชัน รังสีดวงอาทิตย์ ปริมาณน้ำฝน ลม ประเภทดิน และธรณีวิทยาด้วย"</w:t>
      </w:r>
    </w:p>
    <w:p>
      <w:r>
        <w:t>แพลตฟอร์มนี้ออกแบบมาเพื่อทั้งผู้เชี่ยวชาญในวงการไวน์และนักท่องเที่ยวสายไวน์โดยเฉพาะ ระบบระบุตำแหน่งในตัวช่วยให้ผู้ใช้ค้นหาโรงผลิตไวน์ใกล้เคียงได้ทันที และรับเส้นทางนำทางไปยังสถานที่ ไม่ว่าจะอยู่ที่ใดในโลก ส่วนคนรักไวน์ที่ชอบสำรวจจากบ้าน แพลตฟอร์มนี้มอบการเดินทางเสมือนจริงที่ละเอียดไปทั่วภูมิศาสตร์ไวน์ของโลก</w:t>
      </w:r>
    </w:p>
    <w:p>
      <w:r>
        <w:t>แผนที่นี้แสดงขอบเขตแหล่งผลิตไวน์ 98,719 แห่ง ตั้งแต่ภูมิภาคขนาดใหญ่ไปจนถึงแปลงที่มีชื่อเฉพาะ ในจำนวนนี้เป็นภูมิภาค ภูมิภาคย่อย และเขตกำหนดแหล่งกำเนิด (appellation) อย่างเป็นทางการ 2,815 แห่ง และแปลงไร่องุ่นที่มีชื่อเฉพาะ 95,904 แห่ง ผู้ใช้สามารถเลือกภูมิภาคใดก็ได้ เพื่ออ่านข้อมูลพื้นฐาน ดูขอบเขต ตรวจสอบปริมาณน้ำฝนและความสูงเฉลี่ย และวิเคราะห์ข้อมูลการปลูกองุ่น เช่น ดัชนีวิงเคลอร์ (Winkler index) ขณะนี้ World Winery Map ได้ติดต่อกับหน่วยงานทางการในหลายประเทศแล้ว เพื่อให้แผนที่มีความถูกต้องมากที่สุด</w:t>
      </w:r>
    </w:p>
    <w:p>
      <w:r>
        <w:t>"การสร้างระบบขนาดนี้ต้องประมวลผลรูปหลายเหลี่ยมเชิงพื้นที่กว่าสี่ล้านรูป และนำไปซ้อนทับกับชั้นข้อมูลภูมิประเทศและภูมิอากาศอย่างแม่นยำ" ผู้ก่อตั้งกล่าวเพิ่มเติม "ผลลัพธ์ที่ได้คือคลังข้อมูลดิจิทัลด้านการปลูกองุ่นของโลกที่ครอบคลุมที่สุดเท่าที่เคยมีมา"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