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नयाँ विश्व वाइन नक्सा सार्वजनिक, नेपालका ५ वाइनरी पनि समावेश</w:t>
      </w:r>
    </w:p>
    <w:p>
      <w:r>
        <w:t>आधिकारिक वाइन क्षेत्रका सीमाना, वाइनरी र दाखबारी, उपग्रहमा आधारित स्थलाकृति तथा जलवायु सूचकांक अब विश्वकै सबैभन्दा विस्तृत वाइन नक्सामा निःशुल्क उपलब्ध छन्।</w:t>
      </w:r>
    </w:p>
    <w:p>
      <w:r>
        <w:t>WorldWineryMap.com औपचारिक रूपमा सार्वजनिक भएको छ र यसले विश्वभरको वाइन टेरोआ (terroir) सम्बन्धी विशाल अन्तरक्रियात्मक तथ्यांक संग्रह ल्याएको छ, जसमा ९७ देशका ४३,०७,६९९ दाखबारी र १,०३,७९५ वाइनरी नक्साङ्कन गरिएका छन्, तीमध्ये नेपालका ५ वाइनरी पनि छन्। नक्सामा रहेका प्रत्येक दाखबारीका लागि प्रयोगकर्ताले समुद्री सतहदेखिको उचाइ, सौर्य विकिरण र भिरालोपनजस्ता अत्यन्त सटीक भौगोलिक तथ्यांक हेर्न सक्छन्, साथै माटोको संरचना, हुग्लिन सूचकांक (Huglin index) र दाखको बढ्ने मौसमको औसत तापक्रमजस्ता प्रमुख दाखखेती सूचक पनि हेर्न सकिन्छ।</w:t>
      </w:r>
    </w:p>
    <w:p>
      <w:r>
        <w:t>"हामीले प्रत्येक जग्गाको सटीक निर्देशांक निकाल्यौं र कोपर्निकस GLO-30 भूभाग मोडेल प्रयोग गरेर उचाइ, भिरालोपन र मोहडा (aspect) गणना गर्यौं, त्यसपछि त्यसमा जलवायु तथ्यांक थप्यौं," World Winery Map का संस्थापक मातिया गाभ्रिलोभिच (Matija Gavrilović) ले बताए। "ठूला जग्गाका लागि हामी १६ वटासम्म नियन्त्रण बिन्दु नाप्छौं, त्यसैले उचाइलाई एउटा मात्र अङ्क नभई सटीक दायराका रूपमा देखाइन्छ। जहाँ तथ्यांक उपलब्ध थियो, त्यहाँ हामीले भिरालोपन, सौर्य विकिरण, वर्षा, हावा, माटोको प्रकार र भूगर्भसमेत गणना गर्यौं।"</w:t>
      </w:r>
    </w:p>
    <w:p>
      <w:r>
        <w:t>यो प्लेटफर्म स्पष्ट रूपमा वाइन क्षेत्रका पेसाकर्मी र वाइन पर्यटक दुवैका लागि बनाइएको हो। यसमा जोडिएको स्थान पहिचान प्रणालीले प्रयोगकर्ता विश्वको जुनसुकै ठाउँमा भए पनि नजिकैका वाइनरी तुरुन्तै फेला पार्न र त्यहाँसम्म पुग्ने बाटोको निर्देशन पाउन सघाउँछ। घरमै बसेर खोज्न रुचाउने वाइनप्रेमीका लागि यसले विश्वको वाइन भूगोलको अत्यन्त विस्तृत भर्चुअल यात्रा प्रदान गर्छ।</w:t>
      </w:r>
    </w:p>
    <w:p>
      <w:r>
        <w:t>नक्साले विशाल वृहत् क्षेत्रदेखि नाम दिइएका एकल जग्गासम्म वाइन क्षेत्रका ९८,७१९ सीमाना कोरेको छ। यसमा २,८१५ आधिकारिक वाइन क्षेत्र, उपक्षेत्र र उत्पत्तिस्थान संरक्षित क्षेत्र (appellation) तथा ९५,९०४ नाम दिइएका दाखबारी स्थल समावेश छन्। प्रयोगकर्ताले कुनै पनि क्षेत्र छानेर आधारभूत जानकारी पढ्न, सीमाना हेर्न, औसत वर्षा र उचाइ जाँच्न तथा विन्कलर सूचकांक (Winkler index) जस्ता दाखखेती तथ्यांक विश्लेषण गर्न सक्छन्। नक्सालाई सकेसम्म सटीक बनाउन World Winery Map ले केही देशका आधिकारिक निकायसँग सम्पर्क गरिसकेको छ।</w:t>
      </w:r>
    </w:p>
    <w:p>
      <w:r>
        <w:t>"यति ठूलो प्रणाली निर्माण गर्न चालीस लाखभन्दा बढी भौगोलिक बहुभुज (polygon) प्रशोधन गर्नुपर्यो र तिनलाई स्थलाकृतिक तथा जलवायु तहसँग सटीक रूपमा खप्ट्याउनुपर्यो," संस्थापकले थपे। "यसको परिणाम अहिलेसम्म बनेकामध्ये विश्व दाखखेतीको सबैभन्दा विस्तृत डिजिटल अभिलेख 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