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five wineries from Nepal</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five wineries from Nepal.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