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three wineries from Namibia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three wineries from Namibia.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