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Ġiet ippubblikata mappa dinjija ġdida tal-inbid li fiha 13-il kantina minn Malta</w:t>
      </w:r>
    </w:p>
    <w:p>
      <w:r>
        <w:t>Il-konfini uffiċjali taż-żoni tal-inbid, il-kantini u l-vinji, it-topografija bis-satellita u l-indiċijiet klimatiċi issa huma disponibbli b'mod liberu fuq l-aktar mappa komprensiva tal-inbid fid-dinja.</w:t>
      </w:r>
    </w:p>
    <w:p>
      <w:r>
        <w:t>WorldWineryMap.com tnieda uffiċjalment u jġib miegħu bażi tad-data interattiva enormi tat-terroir tal-inbid fid-dinja, li tpoġġi fuq il-mappa 4,307,699 vinja u 103,795 kantina f'97 pajjiż, fosthom 13-il kantina minn Malta. Għal kull vinja fuq il-mappa, l-utenti jistgħu jaraw data spazjali preċiża ħafna, inkluż l-għoli, ir-radjazzjoni tax-xemx u l-inklinazzjoni, flimkien ma' indikaturi ewlenin tal-vitikultura bħall-kompożizzjoni tal-ħamrija, l-indiċi ta' Huglin u t-temperaturi medji matul l-istaġun tat-tkabbir tad-dielja.</w:t>
      </w:r>
    </w:p>
    <w:p>
      <w:r>
        <w:t>“Għal kull parċella ħriġna l-koordinati eżatti u kkalkulajna l-għoli, l-inklinazzjoni u l-orjentazzjoni bil-mudell tat-terren Copernicus GLO-30, imbagħad żidna d-data klimatika fuqhom,” qal Matija Gavrilović, il-fundatur ta' World Winery Map. “Fil-parċelli l-kbar inkejlu sa 16-il punt ta' kontroll, u għalhekk l-għoli jintwera bħala firxa preċiża u mhux bħala numru wieħed. Fejn kien hemm data, ikkalkulajna wkoll l-inklinazzjoni, ir-radjazzjoni tax-xemx, ix-xita, ir-riħ, it-tip ta' ħamrija u l-ġeoloġija.”</w:t>
      </w:r>
    </w:p>
    <w:p>
      <w:r>
        <w:t>Il-pjattaforma hija mfassla apposta kemm għall-professjonisti tas-settur kif ukoll għat-turisti tal-inbid. Sistema integrata ta' ġeolokalizzazzjoni tippermetti lill-utenti jsibu mill-ewwel kantini fil-qrib u jiksbu direzzjonijiet biex jaslu sal-proprjetà, ikunu fejn ikunu fid-dinja. Għal min iħobb l-inbid u jippreferi jesplora minn daru, il-pjattaforma toffri vjaġġ virtwali dettaljat ħafna mal-ġeografija tal-inbid fid-dinja.</w:t>
      </w:r>
    </w:p>
    <w:p>
      <w:r>
        <w:t>Il-mappa tiddeskrivi 98,719 konfini ta' żoni tal-inbid, minn makroreġjuni kbar sa siti individwali b'isimhom. Dan jinkludi 2,815 reġjun, subreġjun u denominazzjoni uffiċjali tal-inbid, kif ukoll 95,904 sit tal-vinji b'isimhom. L-utenti jistgħu jagħżlu kwalunkwe reġjun, jaqraw il-fatti bażiċi, jaraw il-konfini, jiċċekkjaw ix-xita medja u l-għoli, u janalizzaw data vitikulturali bħall-indiċi ta' Winkler. World Winery Map diġà qiegħed f'kuntatt ma' korpi uffiċjali f'diversi pajjiżi bil-għan li l-mappa tkun preċiża kemm jista' jkun.</w:t>
      </w:r>
    </w:p>
    <w:p>
      <w:r>
        <w:t>“Biex nibnu sistema ta' dan id-daqs kellna nipproċessaw aktar minn erba' miljun poligonu spazjali u naqsmuhom bi preċiżjoni mas-saffi topografiċi u klimatiċi,” żied jgħid il-fundatur. “Ir-riżultat huwa l-aktar arkivju diġitali komprensiv tal-vitikultura dinjija li qatt sar.”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