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ကမ္ဘာ့ဝိုင်မြေပုံအသစ် ထုတ်ပြန်၊ မြန်မာနိုင်ငံမှ ဝိုင်စက်ရုံ နှစ်ခုလည်း ပါဝင်</w:t>
      </w:r>
    </w:p>
    <w:p>
      <w:r>
        <w:t>တရားဝင် ဝိုင်ဒေသ နယ်နိမိတ်များ၊ ဝိုင်စက်ရုံနှင့် စပျစ်ခြံများ၊ ဂြိုဟ်တုမှ ရယူထားသော မြေမျက်နှာသွင်ပြင်နှင့် ရာသီဥတုညွှန်းကိန်းများကို ကမ္ဘာ့အပြည့်စုံဆုံး ဝိုင်မြေပုံပေါ်တွင် ယခု အခမဲ့ ကြည့်ရှုနိုင်ပြီ ဖြစ်သည်။</w:t>
      </w:r>
    </w:p>
    <w:p>
      <w:r>
        <w:t>WorldWineryMap.com ကို တရားဝင် စတင်မိတ်ဆက်လိုက်ပြီး နိုင်ငံ ၉၇ နိုင်ငံရှိ စပျစ်ခြံ ၄,၃၀၇,၆၉၉ ခုနှင့် ဝိုင်စက်ရုံ ၁၀၃,၇၉၅ ခုကို မြေပုံပေါ်တွင် ဖော်ပြထားသည့် ကမ္ဘာ့ဝိုင် တယ်ရွား (terroir) ဆိုင်ရာ အပြန်အလှန် အသုံးပြုနိုင်သော ဒေတာဘေ့စ်ကြီးကို ချပြလိုက်ရာ ယင်းတို့အနက် မြန်မာနိုင်ငံမှ ဝိုင်စက်ရုံ နှစ်ခုလည်း ပါဝင်သည်။ မြေပုံပေါ်ရှိ စပျစ်ခြံတစ်ခုချင်းစီအတွက် အသုံးပြုသူများသည် ပင်လယ်ရေမျက်နှာပြင်အထက် အမြင့်၊ နေရောင်ခြည် ဖြာထွက်မှုနှင့် မြေပြင်စောင်းမှုကဲ့သို့ အလွန်တိကျသော ပထဝီဒေတာများအပြင် မြေဆီလွှာဖွဲ့စည်းပုံ၊ Huglin ညွှန်းကိန်းနှင့် စပျစ်ပင် ကြီးထွားချိန်ရာသီ ပျမ်းမျှအပူချိန်ကဲ့သို့ အဓိက စပျစ်စိုက်ပျိုးရေး ညွှန်ပြချက်များကိုပါ ကြည့်ရှုနိုင်သည်။</w:t>
      </w:r>
    </w:p>
    <w:p>
      <w:r>
        <w:t>"မြေကွက်တိုင်းအတွက် တိကျသော ကိုဩဒိနိတ်များကို ထုတ်ယူပြီး Copernicus GLO-30 မြေမျက်နှာသွင်ပြင် မော်ဒယ်ဖြင့် အမြင့်၊ စောင်းမှုနှင့် စောင်းရာ မျက်နှာမူရာကို တွက်ချက်ကာ ယင်းအပေါ်တွင် ရာသီဥတုဒေတာများကို ထပ်ပေါင်းထည့်ခဲ့ပါသည်" ဟု World Winery Map တည်ထောင်သူ မာတီယာ ဂါဗရီလိုဗစ် (Matija Gavrilović) က ပြောသည်။ "မြေကွက်ကြီးများအတွက် ထိန်းချုပ်အမှတ် ၁၆ ခုအထိ တိုင်းတာသောကြောင့် အမြင့်ကို ကိန်းဂဏန်းတစ်ခုတည်းအဖြစ် မဟုတ်ဘဲ တိကျသော အပိုင်းအခြားအဖြစ် ဖော်ပြပါသည်။ ဒေတာရှိသည့်နေရာများတွင် စောင်းမှု၊ နေရောင်ခြည် ဖြာထွက်မှု၊ မိုးရေချိန်၊ လေ၊ မြေဆီလွှာအမျိုးအစားနှင့် ဘူမိဗေဒကိုပါ တွက်ချက်ခဲ့ပါသည်" ဟု ၎င်းက ဆက်ပြောသည်။</w:t>
      </w:r>
    </w:p>
    <w:p>
      <w:r>
        <w:t>ယင်းပလက်ဖောင်းကို ဝိုင်လုပ်ငန်း ကျွမ်းကျင်သူများနှင့် ဝိုင်ခရီးသွားများ နှစ်ဖက်စလုံးအတွက် ရည်ရွယ်၍ ပြုလုပ်ထားခြင်း ဖြစ်သည်။ ပေါင်းစပ်ထည့်သွင်းထားသော တည်နေရာရှာဖွေရေးစနစ်ဖြင့် အသုံးပြုသူများသည် ကမ္ဘာပေါ်တွင် မည်သည့်နေရာ၌ ရှိနေစေကာမူ အနီးရှိ ဝိုင်စက်ရုံများကို ချက်ချင်း ရှာဖွေနိုင်ပြီး ထိုနေရာသို့ သွားရောက်ရန် လမ်းညွှန်ချက်များကို ရယူနိုင်သည်။ အိမ်မှနေ၍ လေ့လာရသည်ကို နှစ်သက်သော ဝိုင်ဝါသနာရှင်များအတွက်မူ ကမ္ဘာ့ဝိုင်ပထဝီဝင်ကို အသေးစိတ် လှည့်လည်ကြည့်ရှုနိုင်သည့် အွန်လိုင်းခရီးစဉ်တစ်ခုကို ပေးစွမ်းသည်။</w:t>
      </w:r>
    </w:p>
    <w:p>
      <w:r>
        <w:t>မြေပုံတွင် ကျယ်ပြန့်သော ဒေသကြီးများမှ အမည်ပေးထားသော မြေကွက်တစ်ကွက်ချင်းအထိ ဝိုင်ဒေသ နယ်နိမိတ် ၉၈,၇၁၉ ခုကို ရေးဆွဲထားသည်။ ယင်းတို့တွင် တရားဝင် ဝိုင်ဒေသ၊ ဒေသခွဲနှင့် မူလဒေသအမည် သတ်မှတ်ချက် (appellation) ၂,၈၁၅ ခုနှင့် အမည်ပေးထားသော စပျစ်ခြံနေရာ ၉၅,၉၀၄ ခု ပါဝင်သည်။ အသုံးပြုသူများသည် မည်သည့်ဒေသကိုမဆို ရွေးချယ်၍ အခြေခံအချက်အလက်များကို ဖတ်ရှုခြင်း၊ နယ်နိမိတ်များကို ကြည့်ရှုခြင်း၊ ပျမ်းမျှမိုးရေချိန်နှင့် အမြင့်ကို စစ်ဆေးခြင်းနှင့် Winkler ညွှန်းကိန်းကဲ့သို့ စပျစ်စိုက်ပျိုးရေး ဒေတာများကို ခွဲခြမ်းစိတ်ဖြာခြင်းတို့ ပြုလုပ်နိုင်သည်။ မြေပုံကို တတ်နိုင်သမျှ တိကျစေရန် World Winery Map သည် နိုင်ငံအချို့ရှိ တရားဝင် အဖွဲ့အစည်းများနှင့် ဆက်သွယ်ထားပြီး ဖြစ်သည်။</w:t>
      </w:r>
    </w:p>
    <w:p>
      <w:r>
        <w:t>"ဤအရွယ်အစားရှိ စနစ်တစ်ခုကို တည်ဆောက်ရန် ပထဝီဆိုင်ရာ ဗဟုဂံ (polygon) လေးသန်းကျော်ကို စီမံဆောင်ရွက်ပြီး မြေမျက်နှာသွင်ပြင်နှင့် ရာသီဥတု အလွှာများနှင့် တိကျစွာ ထပ်ဆင့်ပေါင်းစပ်ရန် လိုအပ်ခဲ့ပါသည်" ဟု တည်ထောင်သူက ဖြည့်စွက်ပြောကြားသည်။ "ရလဒ်မှာ ယခုအချိန်အထိ ပြုလုပ်ခဲ့ဖူးသမျှထဲတွင် အပြည့်စုံဆုံးသော ကမ္ဘာ့စပျစ်စိုက်ပျိုးရေးဆိုင်ရာ ဒစ်ဂျစ်တယ် မှတ်တမ်းတိုက် ဖြစ်ပါသည်" ဟု ၎င်းက ဆိုသည်။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