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Жаңа әлемдік шарап картасы жарияланды: онда Қазақстаннан бес шарап зауыты да бар</w:t>
      </w:r>
    </w:p>
    <w:p>
      <w:r>
        <w:t>Шарап аймақтарының ресми шекаралары, шарап зауыттары мен жүзімдіктер, спутниктік топография және климаттық индекстер енді әлемдегі ең ауқымды шарап картасында еркін қолжетімді.</w:t>
      </w:r>
    </w:p>
    <w:p>
      <w:r>
        <w:t>WorldWineryMap.com ресми түрде іске қосылды. Бұл әлемдік шарап терруарының орасан зор интерактивті дерекқоры: картаға 97 елдегі 4 307 699 жүзімдік пен 103 795 шарап зауыты түсірілген, олардың арасында Қазақстаннан бес шарап зауыты да бар. Картадағы әрбір жүзімдік бойынша пайдаланушылар өте дәл кеңістіктік деректерді, соның ішінде теңіз деңгейінен биіктікті, күн радиациясын және беткейдің еңісін, сондай-ақ топырақ құрамы, Хуглин индексі және жүзімнің вегетациялық кезеңіндегі орташа температура сияқты жүзім шаруашылығының негізгі көрсеткіштерін көре алады.</w:t>
      </w:r>
    </w:p>
    <w:p>
      <w:r>
        <w:t>World Winery Map платформасының негізін қалаушы Матия Гаврилович (Matija Gavrilović) былай деді: «Әрбір учаске үшін нақты координаттарды анықтап, Copernicus GLO-30 жер бедері моделі арқылы биіктікті, еңісті және экспозицияны есептедік, содан кейін оған климаттық деректерді қостық. Үлкен учаскелерде 16 бақылау нүктесіне дейін өлшейміз, сондықтан биіктік бір сан түрінде емес, нақты аралық ретінде көрсетіледі. Деректер бар жерлерде еңісті, күн радиациясын, жауын-шашынды, желді, топырақ түрін және геологияны да есептедік».</w:t>
      </w:r>
    </w:p>
    <w:p>
      <w:r>
        <w:t>Платформа салалық мамандарға да, шарап туристеріне де арнайы арналған. Кіріктірілген геолокация жүйесі пайдаланушыларға әлемнің қай жерінде жүрсе де жақын маңдағы шарап зауыттарын бірден тауып, шаруашылыққа дейінгі жол нұсқауын алуға мүмкіндік береді. Үйден шықпай зерттегенді жөн көретін шарап әуесқойларына платформа әлемдік шарап географиясы бойынша өте егжей-тегжейлі виртуалды саяхат ұсынады.</w:t>
      </w:r>
    </w:p>
    <w:p>
      <w:r>
        <w:t>Картада орасан зор макроаймақтардан бастап жекелеген атаулы учаскелерге дейінгі шарап аумақтарының 98 719 шекарасы белгіленген. Олардың ішінде 2 815 ресми шарап аймағы, кіші аймақ пен апелласьон, сондай-ақ 95 904 атаулы жүзімдік учаскесі бар. Пайдаланушылар кез келген аймақты таңдап, негізгі деректермен танысып, шекараларды қарап, орташа жауын-шашын мен биіктікті тексеріп, Винклер индексі сияқты жүзім шаруашылығы деректерін талдай алады. World Winery Map картаны барынша дәл ету үшін бірнеше елдің ресми органдарымен қазірдің өзінде байланыста.</w:t>
      </w:r>
    </w:p>
    <w:p>
      <w:r>
        <w:t>Негізін қалаушы сөзін былай деп толықтырды: «Мұндай ауқымдағы жүйені құру үшін төрт миллионнан астам кеңістіктік полигонды өңдеп, оларды топографиялық және климаттық қабаттармен дәл қиылыстыру қажет болды. Нәтижесінде әлемдік жүзім шаруашылығының бұрын-соңды жасалған ең ауқымды цифрлық мұрағаты пайда болды».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