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one winery from Cambodia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one winery from Cambodia.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