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two wineries from Ethiopia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two wineries from Ethiopia.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