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አዲስ የዓለም የወይን ካርታ ይፋ ሆነ፣ ከኢትዮጵያም ሁለት የወይን ጠጅ ማምረቻዎች ተካትተዋል</w:t>
      </w:r>
    </w:p>
    <w:p>
      <w:r>
        <w:t>ይፋዊ የወይን አካባቢዎች ወሰኖች፣ የወይን ጠጅ ማምረቻዎችና የወይን እርሻዎች፣ የሳተላይት የመሬት አቀማመጥ መረጃና የአየር ንብረት መለኪያዎች በዓለም እጅግ ሰፊ በሆነው የወይን ካርታ ላይ አሁን ለሁሉም ክፍት ሆነዋል።</w:t>
      </w:r>
    </w:p>
    <w:p>
      <w:r>
        <w:t>WorldWineryMap.com በይፋ ሥራ ጀምሯል። ድረ ገጹ በ97 አገሮች የሚገኙ 4,307,699 የወይን እርሻዎችንና 103,795 የወይን ጠጅ ማምረቻዎችን በካርታ ላይ የሚያሳይ፣ የዓለምን የወይን ምድር ባሕርያት (ቴሮዋር) የሚዳስስ ግዙፍ መስተጋብራዊ የመረጃ ቋት ይዞ ቀርቧል። ከእነዚህ የወይን ጠጅ ማምረቻዎች መካከል ሁለቱ የሚገኙት በኢትዮጵያ ነው። ተጠቃሚዎች በካርታው ላይ ላለ እያንዳንዱ የወይን እርሻ ከፍታን፣ የፀሐይ ጨረርንና ተዳፋትን ጨምሮ እጅግ ትክክለኛ የቦታ መረጃዎችን ማየት ይችላሉ። ከዚህ ጎን ለጎንም እንደ አፈር ስብጥር፣ የሁግሊን መለኪያና የወይን ተክል የዕድገት ወቅት አማካይ የሙቀት መጠን ያሉ ቁልፍ የወይን እርሻ አመልካቾች ቀርበዋል።</w:t>
      </w:r>
    </w:p>
    <w:p>
      <w:r>
        <w:t>“ለእያንዳንዱ ማሳ ትክክለኛ መጋጠሚያዎችን አውጥተን ከፍታን፣ ተዳፋትንና የተዳፋቱን አቅጣጫ በCopernicus GLO-30 የመሬት ገጽታ ሞዴል አስልተናል፤ ከዚያም የአየር ንብረት መረጃዎችን በላዩ ላይ አክለናል” ሲሉ የWorld Winery Map መሥራች ማቲያ ጋቭሪሎቪች ተናግረዋል። “ለትላልቅ ማሳዎች እስከ 16 የመቆጣጠሪያ ነጥቦችን እንለካለን፤ በዚህም ምክንያት ከፍታው ከአንድ ቁጥር ይልቅ በትክክለኛ የከፍታ ክልል ይቀርባል። መረጃ በተገኘበት ቦታ ሁሉ ተዳፋትን፣ የፀሐይ ጨረርን፣ የዝናብ መጠንን፣ ነፋስን፣ የአፈር ዓይነትንና ሥነ ምድርን (ጂኦሎጂ) ጭምር አስልተናል” ብለዋል።</w:t>
      </w:r>
    </w:p>
    <w:p>
      <w:r>
        <w:t>መድረኩ በዘርፉ ለተሰማሩ ባለሙያዎችም ሆነ ለወይን ቱሪስቶች በግልጽ ታስቦ የተዘጋጀ ነው። የተቀናጀው የመገኛ ቦታ መለያ (ጂኦሎኬሽን) ሥርዓት ተጠቃሚዎች በዓለም የትም ቦታ ቢሆኑ በአቅራቢያቸው ያሉ የወይን ጠጅ ማምረቻዎችን ወዲያውኑ እንዲያገኙና ወደ ይዞታው የሚወስደውን የመንገድ መመሪያ እንዲቀበሉ ያስችላቸዋል። ከቤታቸው ሆነው ማሰስን ለሚመርጡ የወይን አፍቃሪዎች ደግሞ መድረኩ የዓለምን የወይን ጂኦግራፊ እጅግ በዝርዝር የሚያስቃኝ ምናባዊ ጉዞ ያቀርባል።</w:t>
      </w:r>
    </w:p>
    <w:p>
      <w:r>
        <w:t>ካርታው ከሰፋፊ ዋና ክልሎች አንስቶ ስም እስካላቸው ነጠላ ማሳዎች ድረስ 98,719 የወይን አካባቢ ወሰኖችን ያሳያል። ይህም 2,815 ይፋዊ የወይን ክልሎችን፣ ንዑስ ክልሎችንና የመነሻ ስያሜዎችን እንዲሁም ስም ያላቸው 95,904 የወይን እርሻ ቦታዎችን ያካትታል። ተጠቃሚዎች ማንኛውንም ክልል መርጠው መሠረታዊ መረጃዎችን ማንበብ፣ ወሰኖቹን መመልከት፣ አማካይ የዝናብ መጠንንና ከፍታን ማረጋገጥ እንዲሁም እንደ ዊንክለር መለኪያ ያሉ የወይን እርሻ መረጃዎችን መተንተን ይችላሉ። World Winery Map ካርታው በተቻለ መጠን ትክክለኛ እንዲሆን በተለያዩ አገሮች ከሚገኙ ይፋዊ ተቋማት ጋር ግንኙነት ጀምሯል።</w:t>
      </w:r>
    </w:p>
    <w:p>
      <w:r>
        <w:t>“የዚህን ያህል ስፋት ያለው ሥርዓት መገንባት ከአራት ሚሊዮን በላይ የቦታ ፖሊጎኖችን ማቀናበርንና ከመሬት አቀማመጥና ከአየር ንብረት ንብርብሮች ጋር በትክክል ማጣመርን ጠይቋል” ሲሉ መሥራቹ አክለዋል። “ውጤቱም እስካሁን ከተሠሩት ሁሉ እጅግ ሰፊው የዓለም የወይን ልማት ዲጂታል ማኅደር ነው” ብለዋል።</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