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two wineries from Egypt</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two wineries from Egypt.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