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Se publica un nuevo mapa mundial del vino que incluye dos bodegas de Ecuador</w:t>
      </w:r>
    </w:p>
    <w:p>
      <w:r>
        <w:t>Los límites oficiales de las zonas vitivinícolas, las bodegas y los viñedos, la topografía satelital y los índices climáticos ya son de libre acceso en el mapa del vino más completo del mundo.</w:t>
      </w:r>
    </w:p>
    <w:p>
      <w:r>
        <w:t>WorldWineryMap.com se lanzó oficialmente con una enorme base de datos interactiva del terruño vitivinícola mundial, que sitúa en el mapa 4.307.699 viñedos y 103.795 bodegas en 97 países, entre ellas dos de Ecuador. Para cada uno de los viñedos del mapa, los usuarios pueden consultar datos espaciales muy precisos, como la altitud, la radiación solar y la pendiente, además de indicadores vitícolas clave como la composición del suelo, el índice de Huglin y las temperaturas medias durante el ciclo vegetativo de la vid.</w:t>
      </w:r>
    </w:p>
    <w:p>
      <w:r>
        <w:t>“Para cada parcela extrajimos las coordenadas exactas y calculamos la altitud, la pendiente y la orientación con el modelo de terreno Copernicus GLO-30, y luego añadimos los datos climáticos”, dijo Matija Gavrilović, fundador de World Winery Map. “En las parcelas más grandes medimos hasta 16 puntos de control, por eso la altitud se muestra como un rango preciso y no como una sola cifra. Donde había datos, calculamos también la pendiente, la radiación solar, las precipitaciones, el viento, el tipo de suelo y la geología”.</w:t>
      </w:r>
    </w:p>
    <w:p>
      <w:r>
        <w:t>La plataforma está pensada expresamente tanto para profesionales del sector como para enoturistas. Su sistema de geolocalización integrado permite encontrar al instante las bodegas cercanas y obtener indicaciones para llegar a la finca, sin importar en qué parte del mundo se encuentre el usuario. A los aficionados al vino que prefieren explorar desde casa, la plataforma les ofrece un recorrido virtual muy detallado por la geografía vitivinícola mundial.</w:t>
      </w:r>
    </w:p>
    <w:p>
      <w:r>
        <w:t>El mapa traza 98.719 límites de zonas vitivinícolas, desde grandes macrorregiones hasta parajes individuales con nombre propio. Entre ellos hay 2.815 regiones, subregiones y denominaciones vitivinícolas oficiales, así como 95.904 parajes vitícolas con nombre. Los usuarios pueden seleccionar cualquier región, leer sus datos básicos, revisar sus límites, consultar la precipitación media y la altitud y analizar datos vitícolas como el índice de Winkler. World Winery Map ya está en contacto con organismos oficiales de varios países con el objetivo de que el mapa sea lo más preciso posible.</w:t>
      </w:r>
    </w:p>
    <w:p>
      <w:r>
        <w:t>“Construir un sistema de esta magnitud exigió procesar más de cuatro millones de polígonos espaciales y cruzarlos con precisión con las capas topográficas y climáticas”, añadió el fundador. “El resultado es el archivo digital más completo de la viticultura mundial jamás realizado”.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