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est publiée, avec un domaine viticole d'Algérie</w:t>
      </w:r>
    </w:p>
    <w:p>
      <w:r>
        <w:t>Les délimitations viticoles officielles, les domaines et les vignobles, la topographie satellitaire et les indices climatiques sont désormais en libre accès sur la carte du vin la plus complète au monde.</w:t>
      </w:r>
    </w:p>
    <w:p>
      <w:r>
        <w:t>Le site WorldWineryMap.com a été officiellement lancé. Il met en ligne une vaste base de données interactive consacrée au terroir viticole mondial, qui cartographie 4 307 699 vignobles et 103 795 domaines viticoles dans 97 pays, dont un domaine d'Algérie. Pour chaque vignoble de la carte, les utilisateurs peuvent consulter des données spatiales très précises, notamment l'altitude, le rayonnement solaire et la pente, ainsi que des indicateurs viticoles clés comme la composition du sol, l'indice de Huglin et les températures moyennes pendant la période de végétation de la vigne.</w:t>
      </w:r>
    </w:p>
    <w:p>
      <w:r>
        <w:t>« Pour chaque parcelle, nous avons extrait les coordonnées exactes et calculé l'altitude, la pente et l'exposition à l'aide du modèle de terrain Copernicus GLO-30, puis nous y avons ajouté les données climatiques », a déclaré Matija Gavrilović, fondateur de World Winery Map. « Pour les grandes parcelles, nous mesurons jusqu'à 16 points de contrôle, c'est pourquoi l'altitude est indiquée sous la forme d'une fourchette précise plutôt que d'un chiffre unique. Là où les données existaient, nous avons également calculé la pente, le rayonnement solaire, les précipitations, le vent, le type de sol et la géologie. »</w:t>
      </w:r>
    </w:p>
    <w:p>
      <w:r>
        <w:t>La plateforme s'adresse expressément aussi bien aux professionnels du secteur qu'aux œnotouristes. Grâce à un système de géolocalisation intégré, les utilisateurs trouvent en un instant les domaines les plus proches et obtiennent l'itinéraire jusqu'à la propriété, où qu'ils se trouvent dans le monde. Aux amateurs de vin qui préfèrent explorer depuis chez eux, la plateforme propose un voyage virtuel très détaillé à travers la géographie viticole mondiale.</w:t>
      </w:r>
    </w:p>
    <w:p>
      <w:r>
        <w:t>La carte trace 98 719 délimitations de zones viticoles, des vastes macrorégions jusqu'aux lieux-dits. Elle comprend 2 815 régions, sous-régions et appellations viticoles officielles, ainsi que 95 904 lieux-dits viticoles. Les utilisateurs peuvent sélectionner n'importe quelle région, en lire les informations essentielles, en examiner les limites, vérifier les précipitations et l'altitude moyennes et analyser des données viticoles comme l'indice de Winkler. World Winery Map est déjà en contact avec les autorités compétentes de plusieurs pays afin que la carte soit aussi exacte que possible.</w:t>
      </w:r>
    </w:p>
    <w:p>
      <w:r>
        <w:t>« La construction d'un système de cette ampleur a nécessité le traitement de plus de quatre millions de polygones spatiaux et leur croisement précis avec les couches topographiques et climatiques », a ajouté le fondateur. « Le résultat est l'archive numérique la plus complète de la viticulture mondiale jamais réalisée.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