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Νέος παγκόσμιος χάρτης του κρασιού αποκαλύπτει: οι κυπριακοί αμπελώνες είναι 2,2 °C θερμότεροι από εκείνους της Τοσκάνης</w:t>
      </w:r>
    </w:p>
    <w:p>
      <w:r>
        <w:t>Ο διαδραστικός χάρτης καταγράφει περισσότερα από 4,3 εκατομμύρια αμπελώνες, 1.176 από τους οποίους βρίσκονται στην Κύπρο.</w:t>
      </w:r>
    </w:p>
    <w:p>
      <w:r>
        <w:t>Το World Winery Map, ο παγκόσμιος χάρτης του κρασιού που μόλις παρουσιάστηκε, καταγράφει 69 οινοποιεία και 1.176 αμπελώνες από την Κύπρο. Σύμφωνα με τα στοιχεία του World Winery Map, οι κυπριακοί αμπελώνες βρίσκονται σε μέσο υψόμετρο 692 μέτρων και κατά τη βλαστική περίοδο του αμπελιού είναι 2,2 °C θερμότεροι από εκείνους της Τοσκάνης.</w:t>
      </w:r>
    </w:p>
    <w:p>
      <w:r>
        <w:t>Το έργο αποτελεί την πιο ολοκληρωμένη διαδραστική βάση δεδομένων για το παγκόσμιο οινικό terroir, με 4.307.699 αμπελώνες και 103.795 οινοποιεία σε 97 χώρες. Για κάθε αμπελώνα του χάρτη, οι χρήστες έχουν πρόσβαση σε πολύ συγκεκριμένα γεωχωρικά δεδομένα, όπως το υψόμετρο, την ηλιακή ακτινοβολία και την κλίση, καθώς και σε κρίσιμους αμπελουργικούς δείκτες, μεταξύ άλλων τη σύσταση του εδάφους, τον δείκτη Huglin και τις μέσες θερμοκρασίες κατά τη βλαστική περίοδο του αμπελιού.</w:t>
      </w:r>
    </w:p>
    <w:p>
      <w:r>
        <w:t>«Για κάθε αγροτεμάχιο εξαγάγαμε τις ακριβείς συντεταγμένες και υπολογίσαμε το υψόμετρο, την κλίση και τον προσανατολισμό με το μοντέλο εδάφους Copernicus GLO-30 και στη συνέχεια προσθέσαμε από πάνω τα κλιματικά δεδομένα», δήλωσε ο Matija Gavrilović, ιδρυτής του World Winery Map. «Στα μεγαλύτερα αγροτεμάχια μετράμε έως και 16 σημεία ελέγχου, γι' αυτό το υψόμετρο παρουσιάζεται ως ένα ακριβές εύρος τιμών και όχι ως ένας μόνο αριθμός. Όπου υπήρχαν διαθέσιμα δεδομένα, υπολογίσαμε επίσης την κλίση, τις βροχοπτώσεις, τον άνεμο, τον τύπο του εδάφους και τη γεωλογία».</w:t>
      </w:r>
    </w:p>
    <w:p>
      <w:r>
        <w:t>Τα αγροτεμάχια των αμπελώνων προέρχονται από 38 ανεξάρτητες πηγές. Από αυτές, οι 22 είναι επίσημα κρατικά μητρώα. Οι χρήστες μπορούν να επιλέξουν οποιαδήποτε περιοχή για να διαβάσουν τα βασικά στοιχεία, να δουν τα όριά της, να ελέγξουν τη μέση βροχόπτωση και το υψόμετρο και να αναλύσουν αμπελουργικά δεδομένα, όπως τον δείκτη Winkler. Το World Winery Map βρίσκεται ήδη σε επαφή με επίσημους φορείς σε αρκετές χώρες, με στόχο ο χάρτης να είναι όσο το δυνατόν πιο ακριβής.</w:t>
      </w:r>
    </w:p>
    <w:p>
      <w:r>
        <w:t>Ο χάρτης αποτυπώνει 98.719 συγκεκριμένα όρια αμπελοοινικών περιοχών, από τεράστιες μακροπεριοχές έως μεμονωμένα αμπελοτόπια με δική τους ονομασία. Σε αυτά περιλαμβάνονται 2.815 επίσημες αμπελοοινικές περιοχές, υποπεριοχές και ονομασίες προέλευσης, καθώς και 95.904 ονομασμένα αμπελοτόπια. Η πλατφόρμα απευθύνεται ρητά τόσο στους επαγγελματίες του κλάδου όσο και στους οινοτουρίστες. Ένα ενσωματωμένο σύστημα γεωεντοπισμού επιτρέπει στους χρήστες να βρίσκουν αμέσως τα κοντινά οινοποιεία και να λαμβάνουν οδηγίες πλοήγησης έως το κτήμα, όπου κι αν βρίσκονται στον κόσμο.</w:t>
      </w:r>
    </w:p>
    <w:p>
      <w:r>
        <w:t>Οι οινοπαραγωγοί της Κύπρου καλούνται να διεκδικήσουν δωρεάν τα προφίλ των οινοποιείων τους στην πλατφόρμα. Αναλαμβάνοντας τη διαχείριση των σελίδων τους, οι παραγωγοί μπορούν να ενημερώνουν το ωράριο της αίθουσας γευσιγνωσίας, να επιβεβαιώνουν τους όρους επίσκεψης, να διεκδικούν τα δικά τους αγροτεμάχια και να ενημερώνουν τα στοιχεία για τις φυτεμένες ποικιλίες σταφυλιού, συμμετέχοντας ενεργά στη διατήρηση του πιο ακριβούς και λεπτομερούς χάρτη κρασιού στον κόσμο.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