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one winery from the Bahamas</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one winery from the Bahamas.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