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71 bodegas de Bolivia</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71 de Bolivia.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