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16 wineries from Azerbaijan</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16 wineries from Azerbaijan.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