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84 wineries from Armenia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84 wineries from Armenia.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