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Es publica un nou mapa mundial del vi que inclou cinc cellers d'Andorra</w:t>
      </w:r>
    </w:p>
    <w:p>
      <w:r>
        <w:t>Els límits oficials de les zones vitivinícoles, els cellers i les vinyes, la topografia per satèl·lit i els índexs climàtics ja són d'accés lliure al mapa del vi més complet del món.</w:t>
      </w:r>
    </w:p>
    <w:p>
      <w:r>
        <w:t>WorldWineryMap.com s'ha llançat oficialment amb una gran base de dades interactiva del terrer vitivinícola mundial, que situa al mapa 4.307.699 vinyes i 103.795 cellers de 97 països, entre els quals n'hi ha cinc d'Andorra. Per a cada vinya del mapa, els usuaris poden consultar dades espacials molt precises, com ara l'altitud, la radiació solar i el pendent, a més d'indicadors vitícoles clau com la composició del sòl, l'índex de Huglin i les temperatures mitjanes durant el cicle vegetatiu del cep.</w:t>
      </w:r>
    </w:p>
    <w:p>
      <w:r>
        <w:t>«Per a cada parcel·la vam extreure les coordenades exactes i vam calcular l'altitud, el pendent i l'orientació amb el model de terreny Copernicus GLO-30, i després hi vam afegir les dades climàtiques», va dir Matija Gavrilović, fundador de World Winery Map. «En les parcel·les més grans mesurem fins a 16 punts de control, per això l'altitud es mostra com un interval precís i no com una sola xifra. On hi havia dades, també vam calcular el pendent, la radiació solar, la pluviometria, el vent, el tipus de sòl i la geologia».</w:t>
      </w:r>
    </w:p>
    <w:p>
      <w:r>
        <w:t>La plataforma està pensada expressament tant per als professionals del sector com per als enoturistes. El sistema de geolocalització integrat permet trobar a l'instant els cellers més propers i obtenir indicacions per arribar a la finca, sigui quin sigui el lloc del món on es trobi l'usuari. Als amants del vi que prefereixen explorar des de casa, la plataforma els ofereix un viatge virtual molt detallat per la geografia vitivinícola mundial.</w:t>
      </w:r>
    </w:p>
    <w:p>
      <w:r>
        <w:t>El mapa traça 98.719 límits de zones vitivinícoles, des de grans macroregions fins a paratges individuals amb nom propi. Entre aquests hi ha 2.815 regions, subregions i denominacions vitivinícoles oficials, així com 95.904 paratges vitícoles amb nom. Els usuaris poden seleccionar qualsevol regió, llegir-ne les dades bàsiques, revisar-ne els límits, consultar la pluviometria mitjana i l'altitud i analitzar dades vitícoles com l'índex de Winkler. World Winery Map ja està en contacte amb organismes oficials de diversos països amb l'objectiu que el mapa sigui tan precís com sigui possible.</w:t>
      </w:r>
    </w:p>
    <w:p>
      <w:r>
        <w:t>«Construir un sistema d'aquestes dimensions va exigir processar més de quatre milions de polígons espacials i creuar-los amb precisió amb les capes topogràfiques i climàtiques», va afegir el fundador. «El resultat és l'arxiu digital més complet de la viticultura mundial que s'ha fet mai».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