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8"/>
        </w:rPr>
        <w:t>La nuova mappa mondiale del vino rivela: i vigneti abruzzesi sono 2,0 °C più caldi rispetto a quelli nella Rioja</w:t>
      </w:r>
    </w:p>
    <w:p>
      <w:r>
        <w:t>La mappa interattiva censisce oltre 4,3 milioni di vigneti, 19.529 dei quali in Abruzzo.</w:t>
      </w:r>
    </w:p>
    <w:p>
      <w:r>
        <w:t>World Winery Map, la mappa mondiale del vino lanciata di recente, mappa 842 cantine e 19.529 vigneti dell'Abruzzo. I vigneti abruzzesi si trovano a un'altitudine media di 147 metri e sono 2,0 °C più caldi durante il periodo vegetativo della vite rispetto a quelli nella Rioja, secondo i dati di World Winery Map.</w:t>
      </w:r>
    </w:p>
    <w:p>
      <w:r>
        <w:t>Il progetto è la banca dati interattiva più completa del terroir vitivinicolo mondiale e mappa 4.303.693 vigneti e 104.330 cantine in 90 Paesi. Per ogni singolo vigneto presente sulla mappa gli utenti possono consultare dati geospaziali molto specifici, tra cui altitudine, radiazione solare e pendenza, insieme a parametri viticoli fondamentali come la composizione del suolo, l'indice di Huglin e le temperature medie durante il periodo vegetativo della vite.</w:t>
      </w:r>
    </w:p>
    <w:p>
      <w:r>
        <w:t>«Per ogni particella abbiamo estratto le coordinate esatte e calcolato altitudine, pendenza ed esposizione utilizzando il modello del terreno Copernicus GLO-30, per poi sovrapporre i dati climatici», ha dichiarato Matija Gavrilović, fondatore di World Winery Map. «Per le particelle più grandi misuriamo fino a 16 punti di controllo, ed è per questo che l'altitudine è presentata come un intervallo preciso e non come un numero unico. Abbiamo calcolato anche pendenza, precipitazioni, vento, tipo di suolo e geologia ovunque i dati fossero disponibili.»</w:t>
      </w:r>
    </w:p>
    <w:p>
      <w:r>
        <w:t>I dati sui vigneti sono raccolti da 38 fonti indipendenti. Ventidue di queste sono registri statali ufficiali. Gli utenti possono selezionare qualsiasi regione per leggerne i dati essenziali, esaminarne i confini, verificare le precipitazioni medie e l'altitudine e analizzare dati viticoli come l'indice di Winkler. World Winery Map è già in contatto con enti ufficiali di diversi Paesi, con l'obiettivo di mantenere la mappa il più accurata possibile.</w:t>
      </w:r>
    </w:p>
    <w:p>
      <w:r>
        <w:t>La mappa traccia 98.719 confini specifici di aree vitivinicole, dalle grandi macroregioni fino ai singoli cru. Vi rientrano 2.815 regioni vitivinicole, sottozone e denominazioni ufficiali, insieme a 95.904 vigneti con nome proprio. La piattaforma è pensata espressamente sia per i professionisti del settore sia per gli enoturisti. Un sistema di geolocalizzazione integrato consente agli utenti di individuare all'istante le cantine vicine e di ricevere le indicazioni stradali per raggiungere l'azienda, in qualunque parte del mondo si trovino.</w:t>
      </w:r>
    </w:p>
    <w:p>
      <w:r>
        <w:t>I produttori abruzzesi sono invitati a rivendicare gratuitamente il profilo della propria cantina sulla piattaforma. Prendendo in gestione le proprie pagine, i produttori possono aggiornare gli orari della sala degustazione, confermare le modalità di visita, rivendicare le proprie particelle vitate e aggiornare i dati sui vitigni impiantati, partecipando attivamente alla manutenzione della mappa del vino più accurata e dettagliata al mondo.</w:t>
      </w:r>
    </w:p>
    <w:p/>
    <w:p>
      <w:r>
        <w:drawing>
          <wp:inline xmlns:a="http://schemas.openxmlformats.org/drawingml/2006/main" xmlns:pic="http://schemas.openxmlformats.org/drawingml/2006/picture">
            <wp:extent cx="6120000" cy="5355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mparison-tabl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535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sz w:val="18"/>
        </w:rPr>
        <w:t>Confronto tra regioni su World Winery Map.</w:t>
      </w:r>
    </w:p>
    <w:p/>
    <w:p>
      <w:r>
        <w:drawing>
          <wp:inline xmlns:a="http://schemas.openxmlformats.org/drawingml/2006/main" xmlns:pic="http://schemas.openxmlformats.org/drawingml/2006/picture">
            <wp:extent cx="6120000" cy="301027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0102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sz w:val="18"/>
        </w:rPr>
        <w:t>World Winery Map: 104.330 cantine in 90 Paesi.</w:t>
      </w:r>
    </w:p>
    <w:p/>
    <w:p>
      <w:r>
        <w:drawing>
          <wp:inline xmlns:a="http://schemas.openxmlformats.org/drawingml/2006/main" xmlns:pic="http://schemas.openxmlformats.org/drawingml/2006/picture">
            <wp:extent cx="6120000" cy="4590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459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sz w:val="18"/>
        </w:rPr>
        <w:t>Vigneti in Croazia. La mappa interattiva censisce oltre 4,3 milioni di vigneti in 90 Paesi.</w:t>
      </w:r>
    </w:p>
    <w:sectPr w:rsidR="00FC693F" w:rsidRPr="0006063C" w:rsidSect="00034616">
      <w:pgSz w:w="12240" w:h="15840"/>
      <w:pgMar w:top="1440" w:right="1134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jpg"/><Relationship Id="rId1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