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Valle Central son 1,3 °C más frescos que los situados en la Toscana</w:t>
      </w:r>
    </w:p>
    <w:p>
      <w:r>
        <w:t>El mapa interactivo recoge más de 4,3 millones de viñedos, 3.320 de ellos en el Valle Central.</w:t>
      </w:r>
    </w:p>
    <w:p>
      <w:r>
        <w:t>World Winery Map, el mapa mundial del vino recién lanzado, cartografía 55 bodegas y 3.320 viñedos del Valle Central. Los viñedos del Valle Central se encuentran a una altitud media de 176 metros y son 1,3 °C más frescos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Valle Central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